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531C2" w14:textId="77777777" w:rsidR="00914E96" w:rsidRDefault="00000000">
      <w:pPr>
        <w:jc w:val="center"/>
      </w:pPr>
      <w:r>
        <w:rPr>
          <w:b/>
          <w:sz w:val="24"/>
        </w:rPr>
        <w:t>Materská škola s vyučovacím jazykom maďarským – Óvoda,</w:t>
      </w:r>
      <w:r>
        <w:rPr>
          <w:b/>
          <w:sz w:val="24"/>
        </w:rPr>
        <w:br/>
        <w:t>Pastovce – Ipolypásztó, 244</w:t>
      </w:r>
    </w:p>
    <w:p w14:paraId="68A29858" w14:textId="77777777" w:rsidR="00914E96" w:rsidRDefault="00000000">
      <w:r>
        <w:rPr>
          <w:b/>
        </w:rPr>
        <w:t>Časť A. (vyplní materská škola)</w:t>
      </w:r>
    </w:p>
    <w:p w14:paraId="40BB6300" w14:textId="77777777" w:rsidR="00914E96" w:rsidRDefault="00000000">
      <w:pPr>
        <w:jc w:val="center"/>
      </w:pPr>
      <w:r>
        <w:rPr>
          <w:b/>
          <w:sz w:val="26"/>
        </w:rPr>
        <w:t>POTVRDENIE LEKÁRA NA OSPRAVEDLNENIE NEPRÍTOMNOSTI DIEŤAŤA</w:t>
      </w:r>
      <w:r>
        <w:rPr>
          <w:b/>
          <w:sz w:val="26"/>
        </w:rPr>
        <w:br/>
        <w:t>Z DÔVODU OCHORENIA ALEBO ÚRAZU</w:t>
      </w:r>
    </w:p>
    <w:p w14:paraId="6FD1DA94" w14:textId="77777777" w:rsidR="00914E96" w:rsidRDefault="00000000">
      <w:r>
        <w:t>Meno a priezvisko dieťaťa: ................................................................................................................</w:t>
      </w:r>
    </w:p>
    <w:p w14:paraId="60BB48F7" w14:textId="77777777" w:rsidR="00914E96" w:rsidRDefault="00000000">
      <w:r>
        <w:t>Školský rok: 2026/2027</w:t>
      </w:r>
    </w:p>
    <w:p w14:paraId="0BEB0679" w14:textId="77777777" w:rsidR="00914E96" w:rsidRDefault="00000000">
      <w:r>
        <w:t>Neprítomnosť z dôvodu ochorenia alebo úrazu od ........................................ do ........................................</w:t>
      </w:r>
    </w:p>
    <w:p w14:paraId="52640228" w14:textId="77777777" w:rsidR="00914E96" w:rsidRDefault="00000000">
      <w:r>
        <w:t>od ........................................ do ........................................</w:t>
      </w:r>
    </w:p>
    <w:p w14:paraId="3C379208" w14:textId="77777777" w:rsidR="002701D6" w:rsidRDefault="002701D6"/>
    <w:p w14:paraId="61B3AD31" w14:textId="77777777" w:rsidR="00914E96" w:rsidRDefault="00000000">
      <w:r>
        <w:rPr>
          <w:b/>
        </w:rPr>
        <w:t>Predloženie potvrdenia od lekára sa vyžaduje z dôvodu, že: *</w:t>
      </w:r>
    </w:p>
    <w:p w14:paraId="450829E3" w14:textId="77777777" w:rsidR="00914E96" w:rsidRDefault="00000000">
      <w:r>
        <w:t>a) neprítomnosť dieťaťa z dôvodu ochorenia alebo úrazu trvala viac ako 7 po sebe nasledujúcich vyučovacích dní,</w:t>
      </w:r>
    </w:p>
    <w:p w14:paraId="653BB152" w14:textId="77777777" w:rsidR="00914E96" w:rsidRDefault="00000000">
      <w:r>
        <w:t>b) neprítomnosť dieťaťa z dôvodu ochorenia alebo úrazu presiahla počet vyučovacích dní v sledovanom období podľa príslušného režimu ospravedlňovania,</w:t>
      </w:r>
    </w:p>
    <w:p w14:paraId="3E0E780C" w14:textId="77777777" w:rsidR="00914E96" w:rsidRDefault="00000000">
      <w:r>
        <w:t>c) materská škola vyžaduje lekárske potvrdenie o chorobe podľa § 144 ods. 13 školského zákona v odôvodnenom prípade (opakovaná neprítomnosť dieťaťa).</w:t>
      </w:r>
    </w:p>
    <w:p w14:paraId="4C20355B" w14:textId="77777777" w:rsidR="00914E96" w:rsidRDefault="00000000">
      <w:r>
        <w:t xml:space="preserve">Sledovaným obdobím podľa písmena b) je polrok školského roka, kalendárny mesiac alebo dva po sebe nasledujúce kalendárne </w:t>
      </w:r>
      <w:proofErr w:type="spellStart"/>
      <w:r>
        <w:t>mesiace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režimu</w:t>
      </w:r>
      <w:proofErr w:type="spellEnd"/>
      <w:r>
        <w:t xml:space="preserve"> </w:t>
      </w:r>
      <w:proofErr w:type="spellStart"/>
      <w:r>
        <w:t>ospravedlňovania</w:t>
      </w:r>
      <w:proofErr w:type="spellEnd"/>
      <w:r>
        <w:t>.</w:t>
      </w:r>
    </w:p>
    <w:p w14:paraId="427D034A" w14:textId="77777777" w:rsidR="002701D6" w:rsidRDefault="002701D6"/>
    <w:p w14:paraId="0AABCB77" w14:textId="77777777" w:rsidR="00914E96" w:rsidRDefault="00000000">
      <w:pPr>
        <w:jc w:val="right"/>
      </w:pPr>
      <w:r>
        <w:t>.................................................................................</w:t>
      </w:r>
      <w:r>
        <w:br/>
        <w:t>meno, priezvisko a podpis riaditeľky materskej školy</w:t>
      </w:r>
    </w:p>
    <w:p w14:paraId="64C5BEF4" w14:textId="77777777" w:rsidR="002701D6" w:rsidRDefault="002701D6">
      <w:pPr>
        <w:rPr>
          <w:b/>
        </w:rPr>
      </w:pPr>
    </w:p>
    <w:p w14:paraId="3E1267C8" w14:textId="01F31052" w:rsidR="002701D6" w:rsidRPr="002701D6" w:rsidRDefault="00000000">
      <w:pPr>
        <w:rPr>
          <w:b/>
        </w:rPr>
      </w:pPr>
      <w:proofErr w:type="spellStart"/>
      <w:r>
        <w:rPr>
          <w:b/>
        </w:rPr>
        <w:t>Časť</w:t>
      </w:r>
      <w:proofErr w:type="spellEnd"/>
      <w:r>
        <w:rPr>
          <w:b/>
        </w:rPr>
        <w:t xml:space="preserve"> B. (vyplní lekár)</w:t>
      </w:r>
    </w:p>
    <w:p w14:paraId="264252AC" w14:textId="77777777" w:rsidR="00914E96" w:rsidRDefault="00000000">
      <w:r>
        <w:t xml:space="preserve">Názov </w:t>
      </w:r>
      <w:proofErr w:type="gramStart"/>
      <w:r>
        <w:t>a</w:t>
      </w:r>
      <w:proofErr w:type="gramEnd"/>
      <w:r>
        <w:t xml:space="preserve"> adresa zdravotníckeho zariadenia:</w:t>
      </w:r>
      <w:r>
        <w:br/>
        <w:t>............................................................................................................................................................</w:t>
      </w:r>
    </w:p>
    <w:p w14:paraId="596A55F1" w14:textId="77777777" w:rsidR="00914E96" w:rsidRDefault="00000000">
      <w:r>
        <w:t>Potvrdzujem, že dieťa bolo v období od ........................................ do ........................................ choré.</w:t>
      </w:r>
    </w:p>
    <w:p w14:paraId="5F6FE700" w14:textId="77777777" w:rsidR="00914E96" w:rsidRDefault="00000000">
      <w:r>
        <w:t>Dátum vystavenia potvrdenia: ........................................</w:t>
      </w:r>
    </w:p>
    <w:p w14:paraId="62FDCCC8" w14:textId="77777777" w:rsidR="00914E96" w:rsidRDefault="00000000">
      <w:pPr>
        <w:jc w:val="right"/>
      </w:pPr>
      <w:r>
        <w:t>........................................................</w:t>
      </w:r>
      <w:r>
        <w:br/>
        <w:t>podpis a pečiatka lekára</w:t>
      </w:r>
    </w:p>
    <w:p w14:paraId="3DA5F012" w14:textId="77777777" w:rsidR="00914E96" w:rsidRDefault="00000000">
      <w:r>
        <w:rPr>
          <w:i/>
        </w:rPr>
        <w:t>* Relevantnú možnosť vyznačí materská škola.</w:t>
      </w:r>
    </w:p>
    <w:sectPr w:rsidR="00914E96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2700374">
    <w:abstractNumId w:val="8"/>
  </w:num>
  <w:num w:numId="2" w16cid:durableId="1482961732">
    <w:abstractNumId w:val="6"/>
  </w:num>
  <w:num w:numId="3" w16cid:durableId="1649553825">
    <w:abstractNumId w:val="5"/>
  </w:num>
  <w:num w:numId="4" w16cid:durableId="1164587245">
    <w:abstractNumId w:val="4"/>
  </w:num>
  <w:num w:numId="5" w16cid:durableId="1448966505">
    <w:abstractNumId w:val="7"/>
  </w:num>
  <w:num w:numId="6" w16cid:durableId="1653368115">
    <w:abstractNumId w:val="3"/>
  </w:num>
  <w:num w:numId="7" w16cid:durableId="1672562510">
    <w:abstractNumId w:val="2"/>
  </w:num>
  <w:num w:numId="8" w16cid:durableId="986476001">
    <w:abstractNumId w:val="1"/>
  </w:num>
  <w:num w:numId="9" w16cid:durableId="975378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01D6"/>
    <w:rsid w:val="0029639D"/>
    <w:rsid w:val="00326F90"/>
    <w:rsid w:val="00914E96"/>
    <w:rsid w:val="0093370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7D45E4"/>
  <w14:defaultImageDpi w14:val="300"/>
  <w15:docId w15:val="{5664FD6C-2503-4359-88CA-1EC76BB4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Arial" w:hAnsi="Arial"/>
      <w:sz w:val="21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mspastovce@bist.sk</cp:lastModifiedBy>
  <cp:revision>2</cp:revision>
  <dcterms:created xsi:type="dcterms:W3CDTF">2026-09-08T07:04:00Z</dcterms:created>
  <dcterms:modified xsi:type="dcterms:W3CDTF">2026-09-08T07:04:00Z</dcterms:modified>
  <cp:category/>
</cp:coreProperties>
</file>